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85555"/>
          <w:sz w:val="44"/>
        </w:rPr>
        <w:t>VBAC Birth Plan</w:t>
      </w:r>
    </w:p>
    <w:p>
      <w:r>
        <w:rPr>
          <w:i/>
        </w:rPr>
        <w:t>Vaginal birth after cesarean (TOLAC)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 xml:space="preserve">Name: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Due date: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Birth partner: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Doctor / midwife: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Hospital: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Previous cesarean (year, reason):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Uterine incision type: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Allergies: </w:t>
            </w:r>
          </w:p>
        </w:tc>
      </w:tr>
    </w:tbl>
    <w:p>
      <w:pPr>
        <w:spacing w:before="160"/>
      </w:pPr>
      <w:r>
        <w:rPr>
          <w:i/>
        </w:rPr>
        <w:t>I am planning a vaginal birth after a previous cesarean. I understand the extra monitoring VBAC needs, and I am prepared for a repeat cesarean if it becomes the safer choice. Please keep me informed.</w:t>
      </w:r>
    </w:p>
    <w:p>
      <w:pPr>
        <w:spacing w:before="160"/>
      </w:pPr>
      <w:r>
        <w:rPr>
          <w:b/>
          <w:color w:val="E85555"/>
          <w:sz w:val="22"/>
        </w:rPr>
        <w:t>STARTING LABOR</w:t>
      </w:r>
    </w:p>
    <w:p>
      <w:r>
        <w:t>☐  I'd prefer labor to start on its own</w:t>
      </w:r>
    </w:p>
    <w:p>
      <w:r>
        <w:t>☐  Labor at home until active labor if my provider agrees</w:t>
      </w:r>
    </w:p>
    <w:p>
      <w:r>
        <w:t>☐  If induction is advised, explain the options and risks</w:t>
      </w:r>
    </w:p>
    <w:p>
      <w:r>
        <w:t>☐  Discuss a plan if I go past my due date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DURING LABOR</w:t>
      </w:r>
    </w:p>
    <w:p>
      <w:r>
        <w:t>☐  Continuous monitoring - wireless if available</w:t>
      </w:r>
    </w:p>
    <w:p>
      <w:r>
        <w:t>☐  Freedom to move, stand and use a birth ball</w:t>
      </w:r>
    </w:p>
    <w:p>
      <w:r>
        <w:t>☐  Saline lock rather than a continuous IV</w:t>
      </w:r>
    </w:p>
    <w:p>
      <w:r>
        <w:t>☐  Eat and drink as allowed</w:t>
      </w:r>
    </w:p>
    <w:p>
      <w:r>
        <w:t>☐  Doula present</w:t>
      </w:r>
    </w:p>
    <w:p>
      <w:r>
        <w:t>☐  Tell me how labor is progressing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PAIN RELIEF</w:t>
      </w:r>
    </w:p>
    <w:p>
      <w:r>
        <w:t>☐  Try without medication first</w:t>
      </w:r>
    </w:p>
    <w:p>
      <w:r>
        <w:t>☐  Epidural when I ask for it</w:t>
      </w:r>
    </w:p>
    <w:p>
      <w:r>
        <w:t>☐  Nitrous oxide / water / massage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PUSHING AND BIRTH</w:t>
      </w:r>
    </w:p>
    <w:p>
      <w:r>
        <w:t>☐  Push when I feel the urge</w:t>
      </w:r>
    </w:p>
    <w:p>
      <w:r>
        <w:t>☐  Choose my own position</w:t>
      </w:r>
    </w:p>
    <w:p>
      <w:r>
        <w:t>☐  Avoid an episiotomy unless necessary</w:t>
      </w:r>
    </w:p>
    <w:p>
      <w:r>
        <w:t>☐  Immediate skin-to-skin</w:t>
      </w:r>
    </w:p>
    <w:p>
      <w:r>
        <w:t>☐  Delayed cord clamping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IF A REPEAT CESAREAN IS NEEDED</w:t>
      </w:r>
    </w:p>
    <w:p>
      <w:r>
        <w:t>☐  Explain why and give us time to ask questions</w:t>
      </w:r>
    </w:p>
    <w:p>
      <w:r>
        <w:t>☐  My partner stays with me throughout</w:t>
      </w:r>
    </w:p>
    <w:p>
      <w:r>
        <w:t>☐  Talk me through what is happening</w:t>
      </w:r>
    </w:p>
    <w:p>
      <w:r>
        <w:t>☐  Clear or lowered drape to see baby born</w:t>
      </w:r>
    </w:p>
    <w:p>
      <w:r>
        <w:t>☐  Skin-to-skin in the operating room if baby is well</w:t>
      </w:r>
    </w:p>
    <w:p>
      <w:r>
        <w:t>☐  Partner does skin-to-skin if I can't</w:t>
      </w:r>
    </w:p>
    <w:p>
      <w:r>
        <w:t>☐  Delayed cord clamping if baby is well</w:t>
      </w:r>
    </w:p>
    <w:p>
      <w:r>
        <w:t>☐  Baby stays with me in recovery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NEWBORN CARE</w:t>
      </w:r>
    </w:p>
    <w:p>
      <w:r>
        <w:t>☐  Do newborn checks with baby on my chest or in the room</w:t>
      </w:r>
    </w:p>
    <w:p>
      <w:r>
        <w:t>☐  Please ask us before any procedure or supplement</w:t>
      </w:r>
    </w:p>
    <w:p>
      <w:r>
        <w:t>☐  Vitamin K injection</w:t>
      </w:r>
    </w:p>
    <w:p>
      <w:r>
        <w:t>☐  Antibiotic eye ointment</w:t>
      </w:r>
    </w:p>
    <w:p>
      <w:r>
        <w:t>☐  Hepatitis B vaccine before we go home</w:t>
      </w:r>
    </w:p>
    <w:p>
      <w:r>
        <w:t>☐  Delay the first bath (ideally 24 hours or more)</w:t>
      </w:r>
    </w:p>
    <w:p>
      <w:r>
        <w:t>☐  Circumcision (if a boy):   yes  /  no  /  undecided</w:t>
      </w:r>
    </w:p>
    <w:p>
      <w:r>
        <w:t>☐  Baby rooms in with us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FEEDING AND RECOVERY</w:t>
      </w:r>
    </w:p>
    <w:p>
      <w:r>
        <w:t>☐  Breastfeeding / chestfeeding</w:t>
      </w:r>
    </w:p>
    <w:p>
      <w:r>
        <w:t>☐  Formula feeding</w:t>
      </w:r>
    </w:p>
    <w:p>
      <w:r>
        <w:t>☐  Combination feeding</w:t>
      </w:r>
    </w:p>
    <w:p>
      <w:r>
        <w:t>☐  Limit visitors until we say we are ready</w:t>
      </w:r>
    </w:p>
    <w:p>
      <w:r>
        <w:t>☐  Partner stays overnight</w:t>
      </w:r>
    </w:p>
    <w:p>
      <w:pPr>
        <w:spacing w:before="160"/>
      </w:pPr>
      <w:r>
        <w:rPr>
          <w:b/>
          <w:color w:val="E85555"/>
          <w:sz w:val="22"/>
        </w:rPr>
        <w:t>NOTES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240"/>
        <w:jc w:val="center"/>
      </w:pPr>
      <w:r>
        <w:rPr>
          <w:i/>
          <w:sz w:val="16"/>
        </w:rPr>
        <w:t>Free template from birthplan.net - A list of preferences, not a contract. Review it with your care provider.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VBAC Birth Plan</dc:title>
  <dc:subject/>
  <dc:creator>BirthPlan.net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