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E85555"/>
          <w:sz w:val="44"/>
        </w:rPr>
        <w:t>My Birth Preferences</w:t>
      </w:r>
    </w:p>
    <w:p>
      <w:r>
        <w:rPr>
          <w:i/>
        </w:rPr>
        <w:t>UK / NHS birth plan - labour ward, birth centre or home</w:t>
      </w:r>
    </w:p>
    <w:tbl>
      <w:tblPr>
        <w:tblStyle w:val="TableGrid"/>
        <w:tblW w:type="auto" w:w="0"/>
        <w:tblLook w:firstColumn="1" w:firstRow="1" w:lastColumn="0" w:lastRow="0" w:noHBand="0" w:noVBand="1" w:val="04A0"/>
      </w:tblPr>
      <w:tblGrid>
        <w:gridCol w:w="5090"/>
        <w:gridCol w:w="5090"/>
      </w:tblGrid>
      <w:tr>
        <w:tc>
          <w:tcPr>
            <w:tcW w:type="dxa" w:w="5090"/>
          </w:tcPr>
          <w:p>
            <w:r>
              <w:rPr>
                <w:b/>
              </w:rPr>
              <w:t xml:space="preserve">Name: </w:t>
            </w:r>
          </w:p>
        </w:tc>
        <w:tc>
          <w:tcPr>
            <w:tcW w:type="dxa" w:w="5090"/>
          </w:tcPr>
          <w:p>
            <w:r>
              <w:rPr>
                <w:b/>
              </w:rPr>
              <w:t xml:space="preserve">Due date: </w:t>
            </w:r>
          </w:p>
        </w:tc>
      </w:tr>
      <w:tr>
        <w:tc>
          <w:tcPr>
            <w:tcW w:type="dxa" w:w="5090"/>
          </w:tcPr>
          <w:p>
            <w:r>
              <w:rPr>
                <w:b/>
              </w:rPr>
              <w:t xml:space="preserve">NHS / hospital number: </w:t>
            </w:r>
          </w:p>
        </w:tc>
        <w:tc>
          <w:tcPr>
            <w:tcW w:type="dxa" w:w="5090"/>
          </w:tcPr>
          <w:p>
            <w:r>
              <w:rPr>
                <w:b/>
              </w:rPr>
              <w:t xml:space="preserve">Birth partner(s): </w:t>
            </w:r>
          </w:p>
        </w:tc>
      </w:tr>
      <w:tr>
        <w:tc>
          <w:tcPr>
            <w:tcW w:type="dxa" w:w="5090"/>
          </w:tcPr>
          <w:p>
            <w:r>
              <w:rPr>
                <w:b/>
              </w:rPr>
              <w:t xml:space="preserve">Midwife / team: </w:t>
            </w:r>
          </w:p>
        </w:tc>
        <w:tc>
          <w:tcPr>
            <w:tcW w:type="dxa" w:w="5090"/>
          </w:tcPr>
          <w:p>
            <w:r>
              <w:rPr>
                <w:b/>
              </w:rPr>
              <w:t xml:space="preserve">Where I plan to give birth: </w:t>
            </w:r>
          </w:p>
        </w:tc>
      </w:tr>
      <w:tr>
        <w:tc>
          <w:tcPr>
            <w:tcW w:type="dxa" w:w="5090"/>
          </w:tcPr>
          <w:p>
            <w:r>
              <w:rPr>
                <w:b/>
              </w:rPr>
              <w:t xml:space="preserve">Allergies: </w:t>
            </w:r>
          </w:p>
        </w:tc>
        <w:tc>
          <w:tcPr>
            <w:tcW w:type="dxa" w:w="5090"/>
          </w:tcPr>
          <w:p>
            <w:r>
              <w:rPr>
                <w:b/>
              </w:rPr>
              <w:t xml:space="preserve">Medical notes (e.g. GBS, blood group): </w:t>
            </w:r>
          </w:p>
        </w:tc>
      </w:tr>
    </w:tbl>
    <w:p>
      <w:pPr>
        <w:spacing w:before="160"/>
      </w:pPr>
      <w:r>
        <w:rPr>
          <w:i/>
        </w:rPr>
        <w:t>Thank you for looking after us. These are my preferences if labour goes well. If things change, please talk me through my options and the reasons, and give us time to decide together whenever it is safe.</w:t>
      </w:r>
    </w:p>
    <w:p>
      <w:pPr>
        <w:spacing w:before="160"/>
      </w:pPr>
      <w:r>
        <w:rPr>
          <w:b/>
          <w:color w:val="E85555"/>
          <w:sz w:val="22"/>
        </w:rPr>
        <w:t>PLACE OF BIRTH</w:t>
      </w:r>
    </w:p>
    <w:p>
      <w:r>
        <w:t>☐  Labour ward (obstetric unit)</w:t>
      </w:r>
    </w:p>
    <w:p>
      <w:r>
        <w:t>☐  Midwife-led unit / birth centre</w:t>
      </w:r>
    </w:p>
    <w:p>
      <w:r>
        <w:t>☐  Home birth</w:t>
      </w:r>
    </w:p>
    <w:p>
      <w:r>
        <w:t>☐  Birth pool if available</w:t>
      </w:r>
    </w:p>
    <w:p>
      <w:r>
        <w:t>Other: ______________________________________</w:t>
      </w:r>
    </w:p>
    <w:p>
      <w:pPr>
        <w:spacing w:before="160"/>
      </w:pPr>
      <w:r>
        <w:rPr>
          <w:b/>
          <w:color w:val="E85555"/>
          <w:sz w:val="22"/>
        </w:rPr>
        <w:t>ENVIRONMENT AND SUPPORT</w:t>
      </w:r>
    </w:p>
    <w:p>
      <w:r>
        <w:t>☐  Lights low, quiet voices</w:t>
      </w:r>
    </w:p>
    <w:p>
      <w:r>
        <w:t>☐  My own music</w:t>
      </w:r>
    </w:p>
    <w:p>
      <w:r>
        <w:t>☐  Birth partner stays with me throughout</w:t>
      </w:r>
    </w:p>
    <w:p>
      <w:r>
        <w:t>☐  Happy for student midwives / doctors to be present</w:t>
      </w:r>
    </w:p>
    <w:p>
      <w:r>
        <w:t>☐  Please ask me first before students examine me</w:t>
      </w:r>
    </w:p>
    <w:p>
      <w:r>
        <w:t>☐  No students, please</w:t>
      </w:r>
    </w:p>
    <w:p>
      <w:r>
        <w:t>Other: ______________________________________</w:t>
      </w:r>
    </w:p>
    <w:p>
      <w:pPr>
        <w:spacing w:before="160"/>
      </w:pPr>
      <w:r>
        <w:rPr>
          <w:b/>
          <w:color w:val="E85555"/>
          <w:sz w:val="22"/>
        </w:rPr>
        <w:t>PAIN RELIEF</w:t>
      </w:r>
    </w:p>
    <w:p>
      <w:r>
        <w:t>☐  Breathing, massage, TENS, water</w:t>
      </w:r>
    </w:p>
    <w:p>
      <w:r>
        <w:t>☐  Gas and air (Entonox)</w:t>
      </w:r>
    </w:p>
    <w:p>
      <w:r>
        <w:t>☐  Pethidine or diamorphine injection</w:t>
      </w:r>
    </w:p>
    <w:p>
      <w:r>
        <w:t>☐  Epidural</w:t>
      </w:r>
    </w:p>
    <w:p>
      <w:r>
        <w:t>☐  Please don't offer - I will ask</w:t>
      </w:r>
    </w:p>
    <w:p>
      <w:r>
        <w:t>☐  Offer me pain relief when you think it may help</w:t>
      </w:r>
    </w:p>
    <w:p>
      <w:r>
        <w:t>Other: ______________________________________</w:t>
      </w:r>
    </w:p>
    <w:p>
      <w:pPr>
        <w:spacing w:before="160"/>
      </w:pPr>
      <w:r>
        <w:rPr>
          <w:b/>
          <w:color w:val="E85555"/>
          <w:sz w:val="22"/>
        </w:rPr>
        <w:t>MONITORING AND EXAMINATIONS</w:t>
      </w:r>
    </w:p>
    <w:p>
      <w:r>
        <w:t>☐  Intermittent listening-in if baby and I are well</w:t>
      </w:r>
    </w:p>
    <w:p>
      <w:r>
        <w:t>☐  Wireless (telemetry) CTG if continuous monitoring is needed</w:t>
      </w:r>
    </w:p>
    <w:p>
      <w:r>
        <w:t>☐  Vaginal examinations only when needed, with my consent</w:t>
      </w:r>
    </w:p>
    <w:p>
      <w:r>
        <w:t>☐  Talk to me before a membrane sweep, breaking my waters or a drip</w:t>
      </w:r>
    </w:p>
    <w:p>
      <w:r>
        <w:t>Other: ______________________________________</w:t>
      </w:r>
    </w:p>
    <w:p>
      <w:pPr>
        <w:spacing w:before="160"/>
      </w:pPr>
      <w:r>
        <w:rPr>
          <w:b/>
          <w:color w:val="E85555"/>
          <w:sz w:val="22"/>
        </w:rPr>
        <w:t>BIRTH</w:t>
      </w:r>
    </w:p>
    <w:p>
      <w:r>
        <w:t>☐  Upright or active positions - my choice</w:t>
      </w:r>
    </w:p>
    <w:p>
      <w:r>
        <w:t>☐  Push when I feel the urge (no coached pushing)</w:t>
      </w:r>
    </w:p>
    <w:p>
      <w:r>
        <w:t>☐  Warm compresses / hands-on support to protect my perineum</w:t>
      </w:r>
    </w:p>
    <w:p>
      <w:r>
        <w:t>☐  Avoid episiotomy unless clearly needed</w:t>
      </w:r>
    </w:p>
    <w:p>
      <w:r>
        <w:t>☐  If an assisted birth is needed, explain forceps vs ventouse</w:t>
      </w:r>
    </w:p>
    <w:p>
      <w:r>
        <w:t>Other: ______________________________________</w:t>
      </w:r>
    </w:p>
    <w:p>
      <w:pPr>
        <w:spacing w:before="160"/>
      </w:pPr>
      <w:r>
        <w:rPr>
          <w:b/>
          <w:color w:val="E85555"/>
          <w:sz w:val="22"/>
        </w:rPr>
        <w:t>THIRD STAGE (PLACENTA)</w:t>
      </w:r>
    </w:p>
    <w:p>
      <w:r>
        <w:t>☐  Active management (injection to deliver the placenta)</w:t>
      </w:r>
    </w:p>
    <w:p>
      <w:r>
        <w:t>☐  Physiological third stage if low risk</w:t>
      </w:r>
    </w:p>
    <w:p>
      <w:r>
        <w:t>☐  Optimal (delayed) cord clamping</w:t>
      </w:r>
    </w:p>
    <w:p>
      <w:r>
        <w:t>☐  Birth partner cuts the cord</w:t>
      </w:r>
    </w:p>
    <w:p>
      <w:pPr>
        <w:spacing w:before="160"/>
      </w:pPr>
      <w:r>
        <w:rPr>
          <w:b/>
          <w:color w:val="E85555"/>
          <w:sz w:val="22"/>
        </w:rPr>
        <w:t>AFTER BIRTH</w:t>
      </w:r>
    </w:p>
    <w:p>
      <w:r>
        <w:t>☐  Immediate skin-to-skin, baby wiped and dried on me</w:t>
      </w:r>
    </w:p>
    <w:p>
      <w:r>
        <w:t>☐  Uninterrupted first hour, first feed before weighing</w:t>
      </w:r>
    </w:p>
    <w:p>
      <w:r>
        <w:t>☐  Vitamin K by injection</w:t>
      </w:r>
    </w:p>
    <w:p>
      <w:r>
        <w:t>☐  Vitamin K by mouth (oral doses)</w:t>
      </w:r>
    </w:p>
    <w:p>
      <w:r>
        <w:t>☐  Breastfeeding / chestfeeding</w:t>
      </w:r>
    </w:p>
    <w:p>
      <w:r>
        <w:t>☐  Formula feeding</w:t>
      </w:r>
    </w:p>
    <w:p>
      <w:r>
        <w:t>☐  Help from an infant feeding supporter</w:t>
      </w:r>
    </w:p>
    <w:p>
      <w:r>
        <w:t>Other: ______________________________________</w:t>
      </w:r>
    </w:p>
    <w:p>
      <w:pPr>
        <w:spacing w:before="160"/>
      </w:pPr>
      <w:r>
        <w:rPr>
          <w:b/>
          <w:color w:val="E85555"/>
          <w:sz w:val="22"/>
        </w:rPr>
        <w:t>IF I NEED A CAESAREAN</w:t>
      </w:r>
    </w:p>
    <w:p>
      <w:r>
        <w:t>☐  Birth partner with me in theatre</w:t>
      </w:r>
    </w:p>
    <w:p>
      <w:r>
        <w:t>☐  Drape lowered to see baby born</w:t>
      </w:r>
    </w:p>
    <w:p>
      <w:r>
        <w:t>☐  Skin-to-skin in theatre if well</w:t>
      </w:r>
    </w:p>
    <w:p>
      <w:r>
        <w:t>☐  Partner has skin-to-skin if I can't</w:t>
      </w:r>
    </w:p>
    <w:p>
      <w:r>
        <w:t>☐  My own music in theatre</w:t>
      </w:r>
    </w:p>
    <w:p>
      <w:r>
        <w:t>Other: ______________________________________</w:t>
      </w:r>
    </w:p>
    <w:p>
      <w:pPr>
        <w:spacing w:before="160"/>
      </w:pPr>
      <w:r>
        <w:rPr>
          <w:b/>
          <w:color w:val="E85555"/>
          <w:sz w:val="22"/>
        </w:rPr>
        <w:t>POSTNATAL WARD</w:t>
      </w:r>
    </w:p>
    <w:p>
      <w:r>
        <w:t>☐  Birth partner stays overnight if allowed</w:t>
      </w:r>
    </w:p>
    <w:p>
      <w:r>
        <w:t>☐  Go home as soon as baby and I are well</w:t>
      </w:r>
    </w:p>
    <w:p>
      <w:r>
        <w:t>Cultural, religious or dietary needs: ______________________________</w:t>
      </w:r>
    </w:p>
    <w:p>
      <w:pPr>
        <w:spacing w:before="160"/>
      </w:pPr>
      <w:r>
        <w:rPr>
          <w:b/>
          <w:color w:val="E85555"/>
          <w:sz w:val="22"/>
        </w:rPr>
        <w:t>NOTES FOR MY MIDWIFE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spacing w:before="240"/>
        <w:jc w:val="center"/>
      </w:pPr>
      <w:r>
        <w:rPr>
          <w:i/>
          <w:sz w:val="16"/>
        </w:rPr>
        <w:t>Free template from birthplan.net - A list of preferences, not a contract. Review it with your care provider.</w:t>
      </w:r>
    </w:p>
    <w:sectPr w:rsidR="00FC693F" w:rsidRPr="0006063C" w:rsidSect="00034616">
      <w:pgSz w:w="11909" w:h="16834"/>
      <w:pgMar w:top="864" w:right="864" w:bottom="864"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 Birth Preferences</dc:title>
  <dc:subject/>
  <dc:creator>BirthPlan.net</dc:creator>
  <cp:keywords/>
  <dc:description>generated by python-docx</dc:description>
  <cp:lastModifiedBy/>
  <cp:revision>1</cp:revision>
  <dcterms:created xsi:type="dcterms:W3CDTF">2013-12-23T23:15:00Z</dcterms:created>
  <dcterms:modified xsi:type="dcterms:W3CDTF">2013-12-23T23:15:00Z</dcterms:modified>
  <cp:category/>
</cp:coreProperties>
</file>