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5555"/>
          <w:sz w:val="44"/>
        </w:rPr>
        <w:t>Birth Preferences</w:t>
      </w:r>
    </w:p>
    <w:p>
      <w:r>
        <w:rPr>
          <w:i/>
        </w:rPr>
        <w:t>Simple one-page birth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 xml:space="preserve">Name: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Due date: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Birth partner: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Doctor / midwife: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Allergies: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Medical notes: </w:t>
            </w:r>
          </w:p>
        </w:tc>
      </w:tr>
    </w:tbl>
    <w:p>
      <w:pPr>
        <w:spacing w:before="160"/>
      </w:pPr>
      <w:r>
        <w:rPr>
          <w:i/>
        </w:rPr>
        <w:t>Our main hope is a safe, healthy birth. If plans change, please explain what is happening and include us in decisions.</w:t>
      </w:r>
    </w:p>
    <w:p>
      <w:pPr>
        <w:spacing w:before="160"/>
      </w:pPr>
      <w:r>
        <w:rPr>
          <w:b/>
          <w:color w:val="E85555"/>
          <w:sz w:val="22"/>
        </w:rPr>
        <w:t>MY TOP 3 PRIORITIES</w:t>
      </w:r>
    </w:p>
    <w:p>
      <w:r>
        <w:t>1.: ______________________________</w:t>
      </w:r>
    </w:p>
    <w:p>
      <w:r>
        <w:t>2.: ______________________________</w:t>
      </w:r>
    </w:p>
    <w:p>
      <w:r>
        <w:t>3.: ______________________________</w:t>
      </w:r>
    </w:p>
    <w:p>
      <w:pPr>
        <w:spacing w:before="160"/>
      </w:pPr>
      <w:r>
        <w:rPr>
          <w:b/>
          <w:color w:val="E85555"/>
          <w:sz w:val="22"/>
        </w:rPr>
        <w:t>PAIN RELIEF</w:t>
      </w:r>
    </w:p>
    <w:p>
      <w:r>
        <w:t>☐  Try without medication first</w:t>
      </w:r>
    </w:p>
    <w:p>
      <w:r>
        <w:t>☐  Please don't offer - I will ask</w:t>
      </w:r>
    </w:p>
    <w:p>
      <w:r>
        <w:t>☐  Planning an epidural</w:t>
      </w:r>
    </w:p>
    <w:p>
      <w:r>
        <w:t>☐  Open to any option that helps</w:t>
      </w:r>
    </w:p>
    <w:p>
      <w:pPr>
        <w:spacing w:before="160"/>
      </w:pPr>
      <w:r>
        <w:rPr>
          <w:b/>
          <w:color w:val="E85555"/>
          <w:sz w:val="22"/>
        </w:rPr>
        <w:t>LABOR AND BIRTH</w:t>
      </w:r>
    </w:p>
    <w:p>
      <w:r>
        <w:t>☐  Move freely and choose positions</w:t>
      </w:r>
    </w:p>
    <w:p>
      <w:r>
        <w:t>☐  Intermittent monitoring if possible</w:t>
      </w:r>
    </w:p>
    <w:p>
      <w:r>
        <w:t>☐  Push when I feel the urge</w:t>
      </w:r>
    </w:p>
    <w:p>
      <w:r>
        <w:t>☐  Avoid episiotomy unless necessary</w:t>
      </w:r>
    </w:p>
    <w:p>
      <w:pPr>
        <w:spacing w:before="160"/>
      </w:pPr>
      <w:r>
        <w:rPr>
          <w:b/>
          <w:color w:val="E85555"/>
          <w:sz w:val="22"/>
        </w:rPr>
        <w:t>AFTER BIRTH</w:t>
      </w:r>
    </w:p>
    <w:p>
      <w:r>
        <w:t>☐  Immediate skin-to-skin</w:t>
      </w:r>
    </w:p>
    <w:p>
      <w:r>
        <w:t>☐  Delayed cord clamping</w:t>
      </w:r>
    </w:p>
    <w:p>
      <w:r>
        <w:t>☐  Partner cuts the cord</w:t>
      </w:r>
    </w:p>
    <w:p>
      <w:r>
        <w:t>☐  Breastfeed / chestfeed</w:t>
      </w:r>
    </w:p>
    <w:p>
      <w:r>
        <w:t>☐  Formula feed</w:t>
      </w:r>
    </w:p>
    <w:p>
      <w:pPr>
        <w:spacing w:before="160"/>
      </w:pPr>
      <w:r>
        <w:rPr>
          <w:b/>
          <w:color w:val="E85555"/>
          <w:sz w:val="22"/>
        </w:rPr>
        <w:t>NEWBORN</w:t>
      </w:r>
    </w:p>
    <w:p>
      <w:r>
        <w:t>☐  Procedures done in the room with us</w:t>
      </w:r>
    </w:p>
    <w:p>
      <w:r>
        <w:t>☐  Delay first bath</w:t>
      </w:r>
    </w:p>
    <w:p>
      <w:r>
        <w:t>☐  Baby rooms in with us</w:t>
      </w:r>
    </w:p>
    <w:p>
      <w:pPr>
        <w:spacing w:before="160"/>
      </w:pPr>
      <w:r>
        <w:rPr>
          <w:b/>
          <w:color w:val="E85555"/>
          <w:sz w:val="22"/>
        </w:rPr>
        <w:t>IF I NEED A CESAREAN</w:t>
      </w:r>
    </w:p>
    <w:p>
      <w:r>
        <w:t>☐  Partner present throughout</w:t>
      </w:r>
    </w:p>
    <w:p>
      <w:r>
        <w:t>☐  Skin-to-skin in the OR if possible</w:t>
      </w:r>
    </w:p>
    <w:p>
      <w:r>
        <w:t>☐  Baby stays with me in recovery</w:t>
      </w:r>
    </w:p>
    <w:p>
      <w:pPr>
        <w:spacing w:before="160"/>
      </w:pPr>
      <w:r>
        <w:rPr>
          <w:b/>
          <w:color w:val="E85555"/>
          <w:sz w:val="22"/>
        </w:rPr>
        <w:t>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40"/>
        <w:jc w:val="center"/>
      </w:pPr>
      <w:r>
        <w:rPr>
          <w:i/>
          <w:sz w:val="16"/>
        </w:rPr>
        <w:t>Free template from birthplan.net - a list of preferences, not a contract. Review it with your care provider.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Birth Preferences</dc:title>
  <dc:subject/>
  <dc:creator>BirthPlan.net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