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E85555"/>
          <w:sz w:val="44"/>
        </w:rPr>
        <w:t>Natural Birth Plan</w:t>
      </w:r>
    </w:p>
    <w:p>
      <w:r>
        <w:rPr>
          <w:i/>
        </w:rPr>
        <w:t>Unmedicated labor in a hospital or birth center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b/>
              </w:rPr>
              <w:t xml:space="preserve">Name: </w:t>
            </w:r>
          </w:p>
        </w:tc>
        <w:tc>
          <w:tcPr>
            <w:tcW w:type="dxa" w:w="5256"/>
          </w:tcPr>
          <w:p>
            <w:r>
              <w:rPr>
                <w:b/>
              </w:rPr>
              <w:t xml:space="preserve">Due date: </w:t>
            </w:r>
          </w:p>
        </w:tc>
      </w:tr>
      <w:tr>
        <w:tc>
          <w:tcPr>
            <w:tcW w:type="dxa" w:w="5256"/>
          </w:tcPr>
          <w:p>
            <w:r>
              <w:rPr>
                <w:b/>
              </w:rPr>
              <w:t xml:space="preserve">Birth partner(s): </w:t>
            </w:r>
          </w:p>
        </w:tc>
        <w:tc>
          <w:tcPr>
            <w:tcW w:type="dxa" w:w="5256"/>
          </w:tcPr>
          <w:p>
            <w:r>
              <w:rPr>
                <w:b/>
              </w:rPr>
              <w:t xml:space="preserve">Doctor / midwife: </w:t>
            </w:r>
          </w:p>
        </w:tc>
      </w:tr>
      <w:tr>
        <w:tc>
          <w:tcPr>
            <w:tcW w:type="dxa" w:w="5256"/>
          </w:tcPr>
          <w:p>
            <w:r>
              <w:rPr>
                <w:b/>
              </w:rPr>
              <w:t xml:space="preserve">Hospital / birth center: </w:t>
            </w:r>
          </w:p>
        </w:tc>
        <w:tc>
          <w:tcPr>
            <w:tcW w:type="dxa" w:w="5256"/>
          </w:tcPr>
          <w:p>
            <w:r>
              <w:rPr>
                <w:b/>
              </w:rPr>
              <w:t xml:space="preserve">Baby's doctor: </w:t>
            </w:r>
          </w:p>
        </w:tc>
      </w:tr>
      <w:tr>
        <w:tc>
          <w:tcPr>
            <w:tcW w:type="dxa" w:w="5256"/>
          </w:tcPr>
          <w:p>
            <w:r>
              <w:rPr>
                <w:b/>
              </w:rPr>
              <w:t xml:space="preserve">Allergies: </w:t>
            </w:r>
          </w:p>
        </w:tc>
        <w:tc>
          <w:tcPr>
            <w:tcW w:type="dxa" w:w="5256"/>
          </w:tcPr>
          <w:p>
            <w:r>
              <w:rPr>
                <w:b/>
              </w:rPr>
              <w:t xml:space="preserve">Medical notes (e.g. GBS status): </w:t>
            </w:r>
          </w:p>
        </w:tc>
      </w:tr>
    </w:tbl>
    <w:p>
      <w:pPr>
        <w:spacing w:before="160"/>
      </w:pPr>
      <w:r>
        <w:rPr>
          <w:i/>
        </w:rPr>
        <w:t>I am hoping for an unmedicated birth. I know labor is unpredictable, and I trust you to tell me if my baby or I need more help. Please support me in coping without medication unless I ask for it.</w:t>
      </w:r>
    </w:p>
    <w:p>
      <w:pPr>
        <w:spacing w:before="160"/>
      </w:pPr>
      <w:r>
        <w:rPr>
          <w:b/>
          <w:color w:val="E85555"/>
          <w:sz w:val="22"/>
        </w:rPr>
        <w:t>LABOR ENVIRONMENT</w:t>
      </w:r>
    </w:p>
    <w:p>
      <w:r>
        <w:t>☐  Dim lights, quiet voices, door closed</w:t>
      </w:r>
    </w:p>
    <w:p>
      <w:r>
        <w:t>☐  My own music and clothes</w:t>
      </w:r>
    </w:p>
    <w:p>
      <w:r>
        <w:t>☐  Stay home until active labor if safe</w:t>
      </w:r>
    </w:p>
    <w:p>
      <w:r>
        <w:t>☐  Doula and partner present at all times</w:t>
      </w:r>
    </w:p>
    <w:p>
      <w:r>
        <w:t>☐  Eat and drink freely</w:t>
      </w:r>
    </w:p>
    <w:p>
      <w:r>
        <w:t>Other: ______________________________________</w:t>
      </w:r>
    </w:p>
    <w:p>
      <w:pPr>
        <w:spacing w:before="160"/>
      </w:pPr>
      <w:r>
        <w:rPr>
          <w:b/>
          <w:color w:val="E85555"/>
          <w:sz w:val="22"/>
        </w:rPr>
        <w:t>COPING WITH PAIN</w:t>
      </w:r>
    </w:p>
    <w:p>
      <w:r>
        <w:t>☐  Please don't offer pain medication - I will ask</w:t>
      </w:r>
    </w:p>
    <w:p>
      <w:r>
        <w:t>☐  Breathing, visualization or hypnobirthing</w:t>
      </w:r>
    </w:p>
    <w:p>
      <w:r>
        <w:t>☐  Shower, bath or birth pool</w:t>
      </w:r>
    </w:p>
    <w:p>
      <w:r>
        <w:t>☐  Massage and counter-pressure</w:t>
      </w:r>
    </w:p>
    <w:p>
      <w:r>
        <w:t>☐  TENS machine</w:t>
      </w:r>
    </w:p>
    <w:p>
      <w:r>
        <w:t>☐  Birth ball, walking, position changes</w:t>
      </w:r>
    </w:p>
    <w:p>
      <w:r>
        <w:t>Other: ______________________________________</w:t>
      </w:r>
    </w:p>
    <w:p>
      <w:pPr>
        <w:spacing w:before="160"/>
      </w:pPr>
      <w:r>
        <w:rPr>
          <w:b/>
          <w:color w:val="E85555"/>
          <w:sz w:val="22"/>
        </w:rPr>
        <w:t>IF I ASK FOR PAIN RELIEF</w:t>
      </w:r>
    </w:p>
    <w:p>
      <w:r>
        <w:t>☐  Remind me of my goal and suggest a position change first</w:t>
      </w:r>
    </w:p>
    <w:p>
      <w:r>
        <w:t>☐  Offer a check so I know my progress</w:t>
      </w:r>
    </w:p>
    <w:p>
      <w:r>
        <w:t>My code word for 'I really want medication': ______________________________</w:t>
      </w:r>
    </w:p>
    <w:p>
      <w:r>
        <w:t>☐  Try nitrous oxide before an epidural</w:t>
      </w:r>
    </w:p>
    <w:p>
      <w:pPr>
        <w:spacing w:before="160"/>
      </w:pPr>
      <w:r>
        <w:rPr>
          <w:b/>
          <w:color w:val="E85555"/>
          <w:sz w:val="22"/>
        </w:rPr>
        <w:t>MONITORING AND INTERVENTIONS</w:t>
      </w:r>
    </w:p>
    <w:p>
      <w:r>
        <w:t>☐  Intermittent monitoring (handheld Doppler)</w:t>
      </w:r>
    </w:p>
    <w:p>
      <w:r>
        <w:t>☐  No routine IV - saline lock only if needed</w:t>
      </w:r>
    </w:p>
    <w:p>
      <w:r>
        <w:t>☐  Minimal vaginal exams</w:t>
      </w:r>
    </w:p>
    <w:p>
      <w:r>
        <w:t>☐  No artificial rupture of membranes unless needed</w:t>
      </w:r>
    </w:p>
    <w:p>
      <w:r>
        <w:t>☐  Discuss any oxytocin (Pitocin) with me first</w:t>
      </w:r>
    </w:p>
    <w:p>
      <w:r>
        <w:t>Other: ______________________________________</w:t>
      </w:r>
    </w:p>
    <w:p>
      <w:pPr>
        <w:spacing w:before="160"/>
      </w:pPr>
      <w:r>
        <w:rPr>
          <w:b/>
          <w:color w:val="E85555"/>
          <w:sz w:val="22"/>
        </w:rPr>
        <w:t>PUSHING AND BIRTH</w:t>
      </w:r>
    </w:p>
    <w:p>
      <w:r>
        <w:t>☐  Push with my body's urges, no counting</w:t>
      </w:r>
    </w:p>
    <w:p>
      <w:r>
        <w:t>☐  Upright, hands and knees or side-lying</w:t>
      </w:r>
    </w:p>
    <w:p>
      <w:r>
        <w:t>☐  Warm compresses and slow birth of the head</w:t>
      </w:r>
    </w:p>
    <w:p>
      <w:r>
        <w:t>☐  No episiotomy unless baby needs it</w:t>
      </w:r>
    </w:p>
    <w:p>
      <w:r>
        <w:t>☐  I or my partner catch the baby</w:t>
      </w:r>
    </w:p>
    <w:p>
      <w:r>
        <w:t>Other: ______________________________________</w:t>
      </w:r>
    </w:p>
    <w:p>
      <w:pPr>
        <w:spacing w:before="160"/>
      </w:pPr>
      <w:r>
        <w:rPr>
          <w:b/>
          <w:color w:val="E85555"/>
          <w:sz w:val="22"/>
        </w:rPr>
        <w:t>RIGHT AFTER BIRTH</w:t>
      </w:r>
    </w:p>
    <w:p>
      <w:r>
        <w:t>☐  Immediate skin-to-skin for at least an hour</w:t>
      </w:r>
    </w:p>
    <w:p>
      <w:r>
        <w:t>☐  Delayed cord clamping (wait until it stops pulsing)</w:t>
      </w:r>
    </w:p>
    <w:p>
      <w:r>
        <w:t>☐  Partner cuts the cord</w:t>
      </w:r>
    </w:p>
    <w:p>
      <w:r>
        <w:t>☐  Physiological third stage if my care team agrees</w:t>
      </w:r>
    </w:p>
    <w:p>
      <w:r>
        <w:t>☐  Breastfeed / chestfeed in the first hour</w:t>
      </w:r>
    </w:p>
    <w:p>
      <w:r>
        <w:t>Other: ______________________________________</w:t>
      </w:r>
    </w:p>
    <w:p>
      <w:pPr>
        <w:spacing w:before="160"/>
      </w:pPr>
      <w:r>
        <w:rPr>
          <w:b/>
          <w:color w:val="E85555"/>
          <w:sz w:val="22"/>
        </w:rPr>
        <w:t>NEWBORN CARE</w:t>
      </w:r>
    </w:p>
    <w:p>
      <w:r>
        <w:t>☐  Do newborn checks with baby on my chest or in the room</w:t>
      </w:r>
    </w:p>
    <w:p>
      <w:r>
        <w:t>☐  Please ask us before any procedure or supplement</w:t>
      </w:r>
    </w:p>
    <w:p>
      <w:r>
        <w:t>☐  Vitamin K injection</w:t>
      </w:r>
    </w:p>
    <w:p>
      <w:r>
        <w:t>☐  Antibiotic eye ointment</w:t>
      </w:r>
    </w:p>
    <w:p>
      <w:r>
        <w:t>☐  Hepatitis B vaccine before we go home</w:t>
      </w:r>
    </w:p>
    <w:p>
      <w:r>
        <w:t>☐  Delay the first bath (ideally 24 hours or more)</w:t>
      </w:r>
    </w:p>
    <w:p>
      <w:r>
        <w:t>☐  Circumcision (if a boy):   yes  /  no  /  undecided</w:t>
      </w:r>
    </w:p>
    <w:p>
      <w:r>
        <w:t>☐  Baby rooms in with us</w:t>
      </w:r>
    </w:p>
    <w:p>
      <w:r>
        <w:t>Other: ______________________________________</w:t>
      </w:r>
    </w:p>
    <w:p>
      <w:pPr>
        <w:spacing w:before="160"/>
      </w:pPr>
      <w:r>
        <w:rPr>
          <w:b/>
          <w:color w:val="E85555"/>
          <w:sz w:val="22"/>
        </w:rPr>
        <w:t>IF PLANS CHANGE</w:t>
      </w:r>
    </w:p>
    <w:p>
      <w:r>
        <w:t>☐  If medication becomes necessary, explain the options</w:t>
      </w:r>
    </w:p>
    <w:p>
      <w:r>
        <w:t>☐  My partner stays with me throughout</w:t>
      </w:r>
    </w:p>
    <w:p>
      <w:r>
        <w:t>☐  Talk me through what is happening</w:t>
      </w:r>
    </w:p>
    <w:p>
      <w:r>
        <w:t>☐  Clear or lowered drape to see baby born</w:t>
      </w:r>
    </w:p>
    <w:p>
      <w:r>
        <w:t>☐  Skin-to-skin in the operating room if baby is well</w:t>
      </w:r>
    </w:p>
    <w:p>
      <w:r>
        <w:t>☐  Partner does skin-to-skin if I can't</w:t>
      </w:r>
    </w:p>
    <w:p>
      <w:r>
        <w:t>☐  Delayed cord clamping if baby is well</w:t>
      </w:r>
    </w:p>
    <w:p>
      <w:r>
        <w:t>☐  Baby stays with me in recovery</w:t>
      </w:r>
    </w:p>
    <w:p>
      <w:pPr>
        <w:spacing w:before="160"/>
      </w:pPr>
      <w:r>
        <w:rPr>
          <w:b/>
          <w:color w:val="E85555"/>
          <w:sz w:val="22"/>
        </w:rPr>
        <w:t>NOTES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spacing w:before="240"/>
        <w:jc w:val="center"/>
      </w:pPr>
      <w:r>
        <w:rPr>
          <w:i/>
          <w:sz w:val="16"/>
        </w:rPr>
        <w:t>Free template from birthplan.net - A list of preferences, not a contract. Review it with your care provider.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Natural Birth Plan</dc:title>
  <dc:subject/>
  <dc:creator>BirthPlan.net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