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85555"/>
          <w:sz w:val="44"/>
        </w:rPr>
        <w:t>Induction Birth Plan</w:t>
      </w:r>
    </w:p>
    <w:p>
      <w:r>
        <w:rPr>
          <w:i/>
        </w:rPr>
        <w:t>Planned or medical induction of labor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 xml:space="preserve">Name: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Induction date and time: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Reason for induction: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Weeks pregnant on that day: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Birth partner(s):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Doctor / midwife: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Hospital: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Allergies / GBS status: </w:t>
            </w:r>
          </w:p>
        </w:tc>
      </w:tr>
    </w:tbl>
    <w:p>
      <w:pPr>
        <w:spacing w:before="160"/>
      </w:pPr>
      <w:r>
        <w:rPr>
          <w:i/>
        </w:rPr>
        <w:t>My labor is being induced. I understand induction can take a day or more and that plans may change. Please explain each step before it happens and give us time to ask questions whenever it is safe.</w:t>
      </w:r>
    </w:p>
    <w:p>
      <w:pPr>
        <w:spacing w:before="160"/>
      </w:pPr>
      <w:r>
        <w:rPr>
          <w:b/>
          <w:color w:val="E85555"/>
          <w:sz w:val="22"/>
        </w:rPr>
        <w:t>BEFORE WE START</w:t>
      </w:r>
    </w:p>
    <w:p>
      <w:r>
        <w:t>☐  Explain the reason, the options and the timeline</w:t>
      </w:r>
    </w:p>
    <w:p>
      <w:r>
        <w:t>☐  Membrane sweep first if appropriate</w:t>
      </w:r>
    </w:p>
    <w:p>
      <w:r>
        <w:t>☐  Tell me which method you plan to use and why</w:t>
      </w:r>
    </w:p>
    <w:p>
      <w:r>
        <w:t>☐  Cervical exam (Bishop score) explained to me</w:t>
      </w:r>
    </w:p>
    <w:p>
      <w:r>
        <w:t>☐  Option to go home during ripening if baby and I are well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RIPENING THE CERVIX</w:t>
      </w:r>
    </w:p>
    <w:p>
      <w:r>
        <w:t>☐  Balloon / Foley catheter</w:t>
      </w:r>
    </w:p>
    <w:p>
      <w:r>
        <w:t>☐  Prostaglandin gel, insert or tablet</w:t>
      </w:r>
    </w:p>
    <w:p>
      <w:r>
        <w:t>☐  Pain relief offered during ripening if I need it</w:t>
      </w:r>
    </w:p>
    <w:p>
      <w:r>
        <w:t>☐  Partner can stay overnight with me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STARTING AND MANAGING LABOR</w:t>
      </w:r>
    </w:p>
    <w:p>
      <w:r>
        <w:t>☐  Break my waters only after discussing it with me</w:t>
      </w:r>
    </w:p>
    <w:p>
      <w:r>
        <w:t>☐  Start oxytocin (Pitocin) at a low dose and increase slowly</w:t>
      </w:r>
    </w:p>
    <w:p>
      <w:r>
        <w:t>☐  Turn oxytocin down or off once labor is established, if safe</w:t>
      </w:r>
    </w:p>
    <w:p>
      <w:r>
        <w:t>☐  Wireless monitor so I can move around</w:t>
      </w:r>
    </w:p>
    <w:p>
      <w:r>
        <w:t>☐  Upright positions, birth ball, peanut ball</w:t>
      </w:r>
    </w:p>
    <w:p>
      <w:r>
        <w:t>☐  Eat light snacks and drink if allowed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PAIN RELIEF</w:t>
      </w:r>
    </w:p>
    <w:p>
      <w:r>
        <w:t>☐  Breathing, massage, shower, TENS</w:t>
      </w:r>
    </w:p>
    <w:p>
      <w:r>
        <w:t>☐  Nitrous oxide (gas and air)</w:t>
      </w:r>
    </w:p>
    <w:p>
      <w:r>
        <w:t>☐  IV pain medication</w:t>
      </w:r>
    </w:p>
    <w:p>
      <w:r>
        <w:t>☐  Epidural when I ask for it</w:t>
      </w:r>
    </w:p>
    <w:p>
      <w:r>
        <w:t>☐  Epidural early, as soon as it is allowed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PUSHING AND BIRTH</w:t>
      </w:r>
    </w:p>
    <w:p>
      <w:r>
        <w:t>☐  Push when I feel the urge</w:t>
      </w:r>
    </w:p>
    <w:p>
      <w:r>
        <w:t>☐  Choose my own position</w:t>
      </w:r>
    </w:p>
    <w:p>
      <w:r>
        <w:t>☐  Warm compresses and perineal support</w:t>
      </w:r>
    </w:p>
    <w:p>
      <w:r>
        <w:t>☐  Avoid an episiotomy unless necessary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RIGHT AFTER BIRTH</w:t>
      </w:r>
    </w:p>
    <w:p>
      <w:r>
        <w:t>☐  Immediate skin-to-skin</w:t>
      </w:r>
    </w:p>
    <w:p>
      <w:r>
        <w:t>☐  Delayed cord clamping (at least 30-60 seconds)</w:t>
      </w:r>
    </w:p>
    <w:p>
      <w:r>
        <w:t>☐  Partner cuts the cord</w:t>
      </w:r>
    </w:p>
    <w:p>
      <w:r>
        <w:t>☐  Uninterrupted first hour with baby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IF LABOR DOESN'T PROGRESS</w:t>
      </w:r>
    </w:p>
    <w:p>
      <w:r>
        <w:t>☐  Talk us through the options and the time frame</w:t>
      </w:r>
    </w:p>
    <w:p>
      <w:r>
        <w:t>☐  Time to talk privately before deciding</w:t>
      </w:r>
    </w:p>
    <w:p>
      <w:r>
        <w:t>☐  My partner stays with me throughout</w:t>
      </w:r>
    </w:p>
    <w:p>
      <w:r>
        <w:t>☐  Talk me through what is happening</w:t>
      </w:r>
    </w:p>
    <w:p>
      <w:r>
        <w:t>☐  Clear or lowered drape to see baby born</w:t>
      </w:r>
    </w:p>
    <w:p>
      <w:r>
        <w:t>☐  Skin-to-skin in the operating room if baby is well</w:t>
      </w:r>
    </w:p>
    <w:p>
      <w:r>
        <w:t>☐  Partner does skin-to-skin if I can't</w:t>
      </w:r>
    </w:p>
    <w:p>
      <w:pPr>
        <w:spacing w:before="160"/>
      </w:pPr>
      <w:r>
        <w:rPr>
          <w:b/>
          <w:color w:val="E85555"/>
          <w:sz w:val="22"/>
        </w:rPr>
        <w:t>NEWBORN CARE AND FEEDING</w:t>
      </w:r>
    </w:p>
    <w:p>
      <w:r>
        <w:t>☐  Do newborn checks with baby on my chest or in the room</w:t>
      </w:r>
    </w:p>
    <w:p>
      <w:r>
        <w:t>☐  Please ask us before any procedure or supplement</w:t>
      </w:r>
    </w:p>
    <w:p>
      <w:r>
        <w:t>☐  Vitamin K injection</w:t>
      </w:r>
    </w:p>
    <w:p>
      <w:r>
        <w:t>☐  Antibiotic eye ointment</w:t>
      </w:r>
    </w:p>
    <w:p>
      <w:r>
        <w:t>☐  Hepatitis B vaccine before we go home</w:t>
      </w:r>
    </w:p>
    <w:p>
      <w:r>
        <w:t>☐  Delay the first bath (ideally 24 hours or more)</w:t>
      </w:r>
    </w:p>
    <w:p>
      <w:r>
        <w:t>☐  Breastfeeding / chestfeeding</w:t>
      </w:r>
    </w:p>
    <w:p>
      <w:r>
        <w:t>☐  Formula feeding</w:t>
      </w:r>
    </w:p>
    <w:p>
      <w:r>
        <w:t>☐  Combination feeding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NOTES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40"/>
        <w:jc w:val="center"/>
      </w:pPr>
      <w:r>
        <w:rPr>
          <w:i/>
          <w:sz w:val="16"/>
        </w:rPr>
        <w:t>Free template from birthplan.net - A list of preferences, not a contract. Review it with your care provider.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Induction Birth Plan</dc:title>
  <dc:subject/>
  <dc:creator>BirthPlan.net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