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85555"/>
          <w:sz w:val="44"/>
        </w:rPr>
        <w:t>Hospital Bag Checklist</w:t>
      </w:r>
    </w:p>
    <w:p>
      <w:r>
        <w:rPr>
          <w:i/>
        </w:rPr>
        <w:t>What to pack for labor, delivery and the stay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 xml:space="preserve">Due date: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Bag packed by: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Hospital / birth center: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Labor &amp; delivery phone: </w:t>
            </w:r>
          </w:p>
        </w:tc>
      </w:tr>
    </w:tbl>
    <w:p>
      <w:pPr>
        <w:spacing w:before="160"/>
      </w:pPr>
      <w:r>
        <w:rPr>
          <w:i/>
        </w:rPr>
        <w:t>Pack by 36 weeks (32-35 weeks for twins or if you have been told an early birth is likely). Plan for about 2 days after a vaginal birth and 3-4 days after a cesarean. Tick items as you pack them.</w:t>
      </w:r>
    </w:p>
    <w:p>
      <w:pPr>
        <w:spacing w:before="160"/>
      </w:pPr>
      <w:r>
        <w:rPr>
          <w:b/>
          <w:color w:val="E85555"/>
          <w:sz w:val="22"/>
        </w:rPr>
        <w:t>DOCUMENTS</w:t>
      </w:r>
    </w:p>
    <w:p>
      <w:r>
        <w:t>☐  Photo ID</w:t>
      </w:r>
    </w:p>
    <w:p>
      <w:r>
        <w:t>☐  Insurance card / maternity notes</w:t>
      </w:r>
    </w:p>
    <w:p>
      <w:r>
        <w:t>☐  Birth plan (3-4 copies)</w:t>
      </w:r>
    </w:p>
    <w:p>
      <w:r>
        <w:t>☐  Hospital pre-registration forms</w:t>
      </w:r>
    </w:p>
    <w:p>
      <w:r>
        <w:t>☐  Pediatrician's name and phone</w:t>
      </w:r>
    </w:p>
    <w:p>
      <w:pPr>
        <w:spacing w:before="160"/>
      </w:pPr>
      <w:r>
        <w:rPr>
          <w:b/>
          <w:color w:val="E85555"/>
          <w:sz w:val="22"/>
        </w:rPr>
        <w:t>FOR LABOR</w:t>
      </w:r>
    </w:p>
    <w:p>
      <w:r>
        <w:t>☐  Phone + long charging cable</w:t>
      </w:r>
    </w:p>
    <w:p>
      <w:r>
        <w:t>☐  Lip balm and hair ties</w:t>
      </w:r>
    </w:p>
    <w:p>
      <w:r>
        <w:t>☐  Snacks and a refillable water bottle</w:t>
      </w:r>
    </w:p>
    <w:p>
      <w:r>
        <w:t>☐  Glasses / contact lens case</w:t>
      </w:r>
    </w:p>
    <w:p>
      <w:r>
        <w:t>☐  Comfortable labor outfit or own gown</w:t>
      </w:r>
    </w:p>
    <w:p>
      <w:r>
        <w:t>☐  Non-slip socks or slippers</w:t>
      </w:r>
    </w:p>
    <w:p>
      <w:r>
        <w:t>☐  Playlist, speaker, headphones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FOR MOM AFTER BIRTH</w:t>
      </w:r>
    </w:p>
    <w:p>
      <w:r>
        <w:t>☐  Robe and nightwear that opens at the front</w:t>
      </w:r>
    </w:p>
    <w:p>
      <w:r>
        <w:t>☐  2-3 nursing bras</w:t>
      </w:r>
    </w:p>
    <w:p>
      <w:r>
        <w:t>☐  Dark, high-waisted underwear (5-6 pairs)</w:t>
      </w:r>
    </w:p>
    <w:p>
      <w:r>
        <w:t>☐  Maternity pads (your preferred brand)</w:t>
      </w:r>
    </w:p>
    <w:p>
      <w:r>
        <w:t>☐  Nursing pads and nipple cream</w:t>
      </w:r>
    </w:p>
    <w:p>
      <w:r>
        <w:t>☐  Toiletries, toothbrush, deodorant</w:t>
      </w:r>
    </w:p>
    <w:p>
      <w:r>
        <w:t>☐  Regular medications and vitamins</w:t>
      </w:r>
    </w:p>
    <w:p>
      <w:r>
        <w:t>☐  Going-home outfit (loose, 6-month bump size)</w:t>
      </w:r>
    </w:p>
    <w:p>
      <w:r>
        <w:t>☐  Pillow with a colored case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FOR BABY</w:t>
      </w:r>
    </w:p>
    <w:p>
      <w:r>
        <w:t>☐  Rear-facing car seat, installed and checked</w:t>
      </w:r>
    </w:p>
    <w:p>
      <w:r>
        <w:t>☐  2-3 bodysuits / sleepsuits in newborn size</w:t>
      </w:r>
    </w:p>
    <w:p>
      <w:r>
        <w:t>☐  1-2 outfits in 0-3 months size</w:t>
      </w:r>
    </w:p>
    <w:p>
      <w:r>
        <w:t>☐  Hat, socks and scratch mittens</w:t>
      </w:r>
    </w:p>
    <w:p>
      <w:r>
        <w:t>☐  Swaddle or blanket for the ride home</w:t>
      </w:r>
    </w:p>
    <w:p>
      <w:r>
        <w:t>☐  Diapers and wipes (if hospital doesn't provide)</w:t>
      </w:r>
    </w:p>
    <w:p>
      <w:r>
        <w:t>☐  Formula and bottles (if formula feeding)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FOR THE BIRTH PARTNER</w:t>
      </w:r>
    </w:p>
    <w:p>
      <w:r>
        <w:t>☐  Change of clothes and sleepwear</w:t>
      </w:r>
    </w:p>
    <w:p>
      <w:r>
        <w:t>☐  Toiletries and medications</w:t>
      </w:r>
    </w:p>
    <w:p>
      <w:r>
        <w:t>☐  Snacks, drinks, cash / card for parking</w:t>
      </w:r>
    </w:p>
    <w:p>
      <w:r>
        <w:t>☐  Phone charger</w:t>
      </w:r>
    </w:p>
    <w:p>
      <w:r>
        <w:t>☐  Sweatshirt (hospitals are cold)</w:t>
      </w:r>
    </w:p>
    <w:p>
      <w:r>
        <w:t>☐  Contact list for announcing the birth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CESAREAN EXTRAS</w:t>
      </w:r>
    </w:p>
    <w:p>
      <w:r>
        <w:t>☐  High-waisted underwear and leggings</w:t>
      </w:r>
    </w:p>
    <w:p>
      <w:r>
        <w:t>☐  Loose dress or pants that sit above the scar</w:t>
      </w:r>
    </w:p>
    <w:p>
      <w:r>
        <w:t>☐  Extra day of clothes</w:t>
      </w:r>
    </w:p>
    <w:p>
      <w:r>
        <w:t>☐  Belly binder (if recommended)</w:t>
      </w:r>
    </w:p>
    <w:p>
      <w:pPr>
        <w:spacing w:before="160"/>
      </w:pPr>
      <w:r>
        <w:rPr>
          <w:b/>
          <w:color w:val="E85555"/>
          <w:sz w:val="22"/>
        </w:rPr>
        <w:t>PACK AT THE LAST MINUTE</w:t>
      </w:r>
    </w:p>
    <w:p>
      <w:r>
        <w:t>☐  Phone and charger</w:t>
      </w:r>
    </w:p>
    <w:p>
      <w:r>
        <w:t>☐  Medications from the fridge</w:t>
      </w:r>
    </w:p>
    <w:p>
      <w:r>
        <w:t>☐  Glasses and toothbrush</w:t>
      </w:r>
    </w:p>
    <w:p>
      <w:r>
        <w:t>☐  This birth plan and maternity notes</w:t>
      </w:r>
    </w:p>
    <w:p>
      <w:pPr>
        <w:spacing w:before="160"/>
      </w:pPr>
      <w:r>
        <w:rPr>
          <w:b/>
          <w:color w:val="E85555"/>
          <w:sz w:val="22"/>
        </w:rPr>
        <w:t>MY OWN ITEMS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240"/>
        <w:jc w:val="center"/>
      </w:pPr>
      <w:r>
        <w:rPr>
          <w:i/>
          <w:sz w:val="16"/>
        </w:rPr>
        <w:t>Free printable checklist from birthplan.net - Pack by 36 weeks and check what your hospital provides.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 Bag Checklist</dc:title>
  <dc:subject/>
  <dc:creator>BirthPlan.net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