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85555"/>
          <w:sz w:val="44"/>
        </w:rPr>
        <w:t>Home Birth Plan</w:t>
      </w:r>
    </w:p>
    <w:p>
      <w:r>
        <w:rPr>
          <w:i/>
        </w:rPr>
        <w:t>Planned home birth with a midwife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 xml:space="preserve">Name: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Due date: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Midwife + phone: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Backup midwife + phone: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Backup hospital + address: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Travel time to hospital: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Birth partner: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Allergies / medical notes: </w:t>
            </w:r>
          </w:p>
        </w:tc>
      </w:tr>
    </w:tbl>
    <w:p>
      <w:pPr>
        <w:spacing w:before="160"/>
      </w:pPr>
      <w:r>
        <w:rPr>
          <w:i/>
        </w:rPr>
        <w:t>We are planning to give birth at home with our midwife. If our midwife recommends a transfer to hospital, we will go - this plan includes our preferences for both.</w:t>
      </w:r>
    </w:p>
    <w:p>
      <w:pPr>
        <w:spacing w:before="160"/>
      </w:pPr>
      <w:r>
        <w:rPr>
          <w:b/>
          <w:color w:val="E85555"/>
          <w:sz w:val="22"/>
        </w:rPr>
        <w:t>BIRTH SPACE</w:t>
      </w:r>
    </w:p>
    <w:p>
      <w:r>
        <w:t>Room we plan to use: ______________________________</w:t>
      </w:r>
    </w:p>
    <w:p>
      <w:r>
        <w:t>☐  Birth pool (filled when midwife advises)</w:t>
      </w:r>
    </w:p>
    <w:p>
      <w:r>
        <w:t>☐  Dim lights, music, own clothes</w:t>
      </w:r>
    </w:p>
    <w:p>
      <w:r>
        <w:t>☐  Pets kept in another room</w:t>
      </w:r>
    </w:p>
    <w:p>
      <w:r>
        <w:t>Older children: who cares for them: ______________________________</w:t>
      </w:r>
    </w:p>
    <w:p>
      <w:pPr>
        <w:spacing w:before="160"/>
      </w:pPr>
      <w:r>
        <w:rPr>
          <w:b/>
          <w:color w:val="E85555"/>
          <w:sz w:val="22"/>
        </w:rPr>
        <w:t>SUPPORT TEAM</w:t>
      </w:r>
    </w:p>
    <w:p>
      <w:r>
        <w:t>Partner: ______________________________</w:t>
      </w:r>
    </w:p>
    <w:p>
      <w:r>
        <w:t>Doula: ______________________________</w:t>
      </w:r>
    </w:p>
    <w:p>
      <w:r>
        <w:t>Other people present: ______________________________</w:t>
      </w:r>
    </w:p>
    <w:p>
      <w:r>
        <w:t>☐  Photographer / photos by partner</w:t>
      </w:r>
    </w:p>
    <w:p>
      <w:pPr>
        <w:spacing w:before="160"/>
      </w:pPr>
      <w:r>
        <w:rPr>
          <w:b/>
          <w:color w:val="E85555"/>
          <w:sz w:val="22"/>
        </w:rPr>
        <w:t>LABOR</w:t>
      </w:r>
    </w:p>
    <w:p>
      <w:r>
        <w:t>☐  Move freely, eat and drink</w:t>
      </w:r>
    </w:p>
    <w:p>
      <w:r>
        <w:t>☐  Intermittent monitoring with a Doppler</w:t>
      </w:r>
    </w:p>
    <w:p>
      <w:r>
        <w:t>☐  Water, shower, massage, TENS</w:t>
      </w:r>
    </w:p>
    <w:p>
      <w:r>
        <w:t>☐  Gas and air (if our midwife provides it)</w:t>
      </w:r>
    </w:p>
    <w:p>
      <w:r>
        <w:t>☐  Minimal vaginal exams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BIRTH AND AFTER</w:t>
      </w:r>
    </w:p>
    <w:p>
      <w:r>
        <w:t>☐  Push when I feel the urge, any position</w:t>
      </w:r>
    </w:p>
    <w:p>
      <w:r>
        <w:t>☐  I / my partner catch the baby</w:t>
      </w:r>
    </w:p>
    <w:p>
      <w:r>
        <w:t>☐  Immediate skin-to-skin</w:t>
      </w:r>
    </w:p>
    <w:p>
      <w:r>
        <w:t>☐  Wait until the cord stops pulsing</w:t>
      </w:r>
    </w:p>
    <w:p>
      <w:r>
        <w:t>☐  Physiological third stage if appropriate</w:t>
      </w:r>
    </w:p>
    <w:p>
      <w:r>
        <w:t>☐  Keep the placenta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NEWBORN CARE</w:t>
      </w:r>
    </w:p>
    <w:p>
      <w:r>
        <w:t>☐  Newborn exam by the midwife</w:t>
      </w:r>
    </w:p>
    <w:p>
      <w:r>
        <w:t>☐  Vitamin K injection</w:t>
      </w:r>
    </w:p>
    <w:p>
      <w:r>
        <w:t>☐  Antibiotic eye ointment</w:t>
      </w:r>
    </w:p>
    <w:p>
      <w:r>
        <w:t>☐  Arrange newborn screening and hearing test</w:t>
      </w:r>
    </w:p>
    <w:p>
      <w:r>
        <w:t>☐  Book baby's first doctor visit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TRANSFER PLAN</w:t>
      </w:r>
    </w:p>
    <w:p>
      <w:r>
        <w:t>☐  We agree to transfer if our midwife recommends it</w:t>
      </w:r>
    </w:p>
    <w:p>
      <w:r>
        <w:t>Transport: our car / ambulance: ______________________________</w:t>
      </w:r>
    </w:p>
    <w:p>
      <w:r>
        <w:t>Driver: ______________________________</w:t>
      </w:r>
    </w:p>
    <w:p>
      <w:r>
        <w:t>☐  Hospital bag packed and by the door</w:t>
      </w:r>
    </w:p>
    <w:p>
      <w:r>
        <w:t>☐  Bring this birth plan and my prenatal records</w:t>
      </w:r>
    </w:p>
    <w:p>
      <w:r>
        <w:t>☐  Midwife comes with us if possible</w:t>
      </w:r>
    </w:p>
    <w:p>
      <w:r>
        <w:t>☐  At hospital, see my hospital birth preferences</w:t>
      </w:r>
    </w:p>
    <w:p>
      <w:pPr>
        <w:spacing w:before="160"/>
      </w:pPr>
      <w:r>
        <w:rPr>
          <w:b/>
          <w:color w:val="E85555"/>
          <w:sz w:val="22"/>
        </w:rPr>
        <w:t>AFTER THE BIRTH</w:t>
      </w:r>
    </w:p>
    <w:p>
      <w:r>
        <w:t>☐  Meals prepared and in the freezer</w:t>
      </w:r>
    </w:p>
    <w:p>
      <w:r>
        <w:t>☐  Visitors only after we invite them</w:t>
      </w:r>
    </w:p>
    <w:p>
      <w:r>
        <w:t>Postpartum midwife visits (dates): ______________________________</w:t>
      </w:r>
    </w:p>
    <w:p>
      <w:pPr>
        <w:spacing w:before="160"/>
      </w:pPr>
      <w:r>
        <w:rPr>
          <w:b/>
          <w:color w:val="E85555"/>
          <w:sz w:val="22"/>
        </w:rPr>
        <w:t>NOTES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240"/>
        <w:jc w:val="center"/>
      </w:pPr>
      <w:r>
        <w:rPr>
          <w:i/>
          <w:sz w:val="16"/>
        </w:rPr>
        <w:t>Free template from birthplan.net - A list of preferences, not a contract. Review it with your care provider.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Birth Plan</dc:title>
  <dc:subject/>
  <dc:creator>BirthPlan.net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