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5555"/>
          <w:sz w:val="44"/>
        </w:rPr>
        <w:t>Epidural Birth Plan</w:t>
      </w:r>
    </w:p>
    <w:p>
      <w:r>
        <w:rPr>
          <w:i/>
        </w:rPr>
        <w:t>Hospital vaginal birth with an epidural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 xml:space="preserve">Name: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Due date: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Birth partner(s):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Doctor / midwife: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Hospital: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Baby's doctor: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Allergies: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Medical notes (e.g. GBS, platelets): </w:t>
            </w:r>
          </w:p>
        </w:tc>
      </w:tr>
    </w:tbl>
    <w:p>
      <w:pPr>
        <w:spacing w:before="160"/>
      </w:pPr>
      <w:r>
        <w:rPr>
          <w:i/>
        </w:rPr>
        <w:t>I plan to have an epidural. I would like to stay as comfortable, informed and involved as possible. If anything changes, please explain what is happening and include us in decisions.</w:t>
      </w:r>
    </w:p>
    <w:p>
      <w:pPr>
        <w:spacing w:before="160"/>
      </w:pPr>
      <w:r>
        <w:rPr>
          <w:b/>
          <w:color w:val="E85555"/>
          <w:sz w:val="22"/>
        </w:rPr>
        <w:t>EARLY LABOR</w:t>
      </w:r>
    </w:p>
    <w:p>
      <w:r>
        <w:t>☐  Labor at home until contractions are regular and strong</w:t>
      </w:r>
    </w:p>
    <w:p>
      <w:r>
        <w:t>☐  Move freely and use the shower or birth ball</w:t>
      </w:r>
    </w:p>
    <w:p>
      <w:r>
        <w:t>☐  Nitrous oxide or IV medication while I wait</w:t>
      </w:r>
    </w:p>
    <w:p>
      <w:r>
        <w:t>☐  Saline lock until I need IV fluids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GETTING THE EPIDURAL</w:t>
      </w:r>
    </w:p>
    <w:p>
      <w:r>
        <w:t>☐  Epidural as soon as I ask for it</w:t>
      </w:r>
    </w:p>
    <w:p>
      <w:r>
        <w:t>☐  Epidural once active labor is established</w:t>
      </w:r>
    </w:p>
    <w:p>
      <w:r>
        <w:t>☐  Partner stays with me during placement if allowed</w:t>
      </w:r>
    </w:p>
    <w:p>
      <w:r>
        <w:t>☐  Talk me through each step as it is placed</w:t>
      </w:r>
    </w:p>
    <w:p>
      <w:r>
        <w:t>☐  Low-dose / 'walking' epidural if available</w:t>
      </w:r>
    </w:p>
    <w:p>
      <w:r>
        <w:t>☐  Patient-controlled (PCEA) button so I can top up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WITH THE EPIDURAL</w:t>
      </w:r>
    </w:p>
    <w:p>
      <w:r>
        <w:t>☐  Help me change sides every 30-60 minutes</w:t>
      </w:r>
    </w:p>
    <w:p>
      <w:r>
        <w:t>☐  Peanut ball between my knees</w:t>
      </w:r>
    </w:p>
    <w:p>
      <w:r>
        <w:t>☐  Ice chips or clear fluids</w:t>
      </w:r>
    </w:p>
    <w:p>
      <w:r>
        <w:t>☐  Check with me before adding oxytocin (Pitocin)</w:t>
      </w:r>
    </w:p>
    <w:p>
      <w:r>
        <w:t>☐  Tell me if the block is one-sided so it can be adjusted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PUSHING</w:t>
      </w:r>
    </w:p>
    <w:p>
      <w:r>
        <w:t>☐  Discuss when to start pushing (right away or 'laboring down')</w:t>
      </w:r>
    </w:p>
    <w:p>
      <w:r>
        <w:t>☐  Guide my pushing if I can't feel the urge</w:t>
      </w:r>
    </w:p>
    <w:p>
      <w:r>
        <w:t>☐  Change positions: side-lying, supported squat, tug-of-war</w:t>
      </w:r>
    </w:p>
    <w:p>
      <w:r>
        <w:t>☐  A mirror to see baby crowning</w:t>
      </w:r>
    </w:p>
    <w:p>
      <w:r>
        <w:t>☐  Warm compresses; avoid an episiotomy unless necessary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RIGHT AFTER BIRTH</w:t>
      </w:r>
    </w:p>
    <w:p>
      <w:r>
        <w:t>☐  Baby placed skin-to-skin straight away</w:t>
      </w:r>
    </w:p>
    <w:p>
      <w:r>
        <w:t>☐  Delayed cord clamping (at least 30-60 seconds)</w:t>
      </w:r>
    </w:p>
    <w:p>
      <w:r>
        <w:t>☐  Partner cuts the cord</w:t>
      </w:r>
    </w:p>
    <w:p>
      <w:r>
        <w:t>☐  First feed before weighing and measuring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NEWBORN CARE AND FEEDING</w:t>
      </w:r>
    </w:p>
    <w:p>
      <w:r>
        <w:t>☐  Do newborn checks with baby on my chest or in the room</w:t>
      </w:r>
    </w:p>
    <w:p>
      <w:r>
        <w:t>☐  Please ask us before any procedure or supplement</w:t>
      </w:r>
    </w:p>
    <w:p>
      <w:r>
        <w:t>☐  Vitamin K injection</w:t>
      </w:r>
    </w:p>
    <w:p>
      <w:r>
        <w:t>☐  Antibiotic eye ointment</w:t>
      </w:r>
    </w:p>
    <w:p>
      <w:r>
        <w:t>☐  Hepatitis B vaccine before we go home</w:t>
      </w:r>
    </w:p>
    <w:p>
      <w:r>
        <w:t>☐  Delay the first bath (ideally 24 hours or more)</w:t>
      </w:r>
    </w:p>
    <w:p>
      <w:r>
        <w:t>☐  Breastfeeding / chestfeeding</w:t>
      </w:r>
    </w:p>
    <w:p>
      <w:r>
        <w:t>☐  Formula feeding</w:t>
      </w:r>
    </w:p>
    <w:p>
      <w:r>
        <w:t>☐  Combination feeding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IF A CESAREAN IS NEEDED</w:t>
      </w:r>
    </w:p>
    <w:p>
      <w:r>
        <w:t>☐  Use my epidural for the cesarean if possible</w:t>
      </w:r>
    </w:p>
    <w:p>
      <w:r>
        <w:t>☐  My partner stays with me throughout</w:t>
      </w:r>
    </w:p>
    <w:p>
      <w:r>
        <w:t>☐  Talk me through what is happening</w:t>
      </w:r>
    </w:p>
    <w:p>
      <w:r>
        <w:t>☐  Clear or lowered drape to see baby born</w:t>
      </w:r>
    </w:p>
    <w:p>
      <w:r>
        <w:t>☐  Skin-to-skin in the operating room if baby is well</w:t>
      </w:r>
    </w:p>
    <w:p>
      <w:r>
        <w:t>☐  Partner does skin-to-skin if I can't</w:t>
      </w:r>
    </w:p>
    <w:p>
      <w:r>
        <w:t>☐  Delayed cord clamping if baby is well</w:t>
      </w:r>
    </w:p>
    <w:p>
      <w:r>
        <w:t>☐  Baby stays with me in recovery</w:t>
      </w:r>
    </w:p>
    <w:p>
      <w:pPr>
        <w:spacing w:before="160"/>
      </w:pPr>
      <w:r>
        <w:rPr>
          <w:b/>
          <w:color w:val="E85555"/>
          <w:sz w:val="22"/>
        </w:rPr>
        <w:t>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40"/>
        <w:jc w:val="center"/>
      </w:pPr>
      <w:r>
        <w:rPr>
          <w:i/>
          <w:sz w:val="16"/>
        </w:rPr>
        <w:t>Free template from birthplan.net - A list of preferences, not a contract. Review it with your care provider.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Epidural Birth Plan</dc:title>
  <dc:subject/>
  <dc:creator>BirthPlan.net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