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C-Section Birth Plan</w:t>
      </w:r>
    </w:p>
    <w:p>
      <w:r>
        <w:rPr>
          <w:i/>
        </w:rPr>
        <w:t>Planned (scheduled) or unplanned cesarean birth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Scheduled date: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Surgeon / OB: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Hospital: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Baby's doctor: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Allergies: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Reason for cesarean (optional): </w:t>
            </w:r>
          </w:p>
        </w:tc>
      </w:tr>
    </w:tbl>
    <w:p>
      <w:pPr>
        <w:spacing w:before="160"/>
      </w:pPr>
      <w:r>
        <w:rPr>
          <w:i/>
        </w:rPr>
        <w:t>We are preparing for a cesarean birth and would like it to feel as calm and family-centered as possible. Baby's and my safety come first - please tell us if any preference isn't possible.</w:t>
      </w:r>
    </w:p>
    <w:p>
      <w:pPr>
        <w:spacing w:before="160"/>
      </w:pPr>
      <w:r>
        <w:rPr>
          <w:b/>
          <w:color w:val="E85555"/>
          <w:sz w:val="22"/>
        </w:rPr>
        <w:t>BEFORE SURGERY</w:t>
      </w:r>
    </w:p>
    <w:p>
      <w:r>
        <w:t>☐  Partner with me for the spinal / epidural</w:t>
      </w:r>
    </w:p>
    <w:p>
      <w:r>
        <w:t>☐  My own music in the operating room</w:t>
      </w:r>
    </w:p>
    <w:p>
      <w:r>
        <w:t>☐  Staff introduce themselves</w:t>
      </w:r>
    </w:p>
    <w:p>
      <w:r>
        <w:t>☐  Talk me through each step</w:t>
      </w:r>
    </w:p>
    <w:p>
      <w:r>
        <w:t>☐  Anti-nausea medicine if I need it</w:t>
      </w:r>
    </w:p>
    <w:p>
      <w:r>
        <w:t>☐  Warm blankets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DURING THE BIRTH</w:t>
      </w:r>
    </w:p>
    <w:p>
      <w:r>
        <w:t>☐  Clear or lowered drape to see baby born</w:t>
      </w:r>
    </w:p>
    <w:p>
      <w:r>
        <w:t>☐  Slow, 'gentle cesarean' birth if possible</w:t>
      </w:r>
    </w:p>
    <w:p>
      <w:r>
        <w:t>☐  ECG pads placed off my chest for skin-to-skin</w:t>
      </w:r>
    </w:p>
    <w:p>
      <w:r>
        <w:t>☐  One arm free to hold baby</w:t>
      </w:r>
    </w:p>
    <w:p>
      <w:r>
        <w:t>☐  Partner announces the baby's sex</w:t>
      </w:r>
    </w:p>
    <w:p>
      <w:r>
        <w:t>☐  Photos / video when permitted</w:t>
      </w:r>
    </w:p>
    <w:p>
      <w:r>
        <w:t>☐  Delayed cord clamping if baby is well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RIGHT AFTER BIRTH</w:t>
      </w:r>
    </w:p>
    <w:p>
      <w:r>
        <w:t>☐  Skin-to-skin in the operating room</w:t>
      </w:r>
    </w:p>
    <w:p>
      <w:r>
        <w:t>☐  Partner does skin-to-skin if I can't</w:t>
      </w:r>
    </w:p>
    <w:p>
      <w:r>
        <w:t>☐  Newborn checks done next to me</w:t>
      </w:r>
    </w:p>
    <w:p>
      <w:r>
        <w:t>☐  Keep the placenta / cord blood donation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IF BABY NEEDS EXTRA CARE</w:t>
      </w:r>
    </w:p>
    <w:p>
      <w:r>
        <w:t>☐  Partner goes with baby</w:t>
      </w:r>
    </w:p>
    <w:p>
      <w:r>
        <w:t>☐  Bring baby to me as soon as possible</w:t>
      </w:r>
    </w:p>
    <w:p>
      <w:r>
        <w:t>☐  Photos for me if we're separated</w:t>
      </w:r>
    </w:p>
    <w:p>
      <w:r>
        <w:t>☐  Help me hand express or pump colostrum</w:t>
      </w:r>
    </w:p>
    <w:p>
      <w:pPr>
        <w:spacing w:before="160"/>
      </w:pPr>
      <w:r>
        <w:rPr>
          <w:b/>
          <w:color w:val="E85555"/>
          <w:sz w:val="22"/>
        </w:rPr>
        <w:t>RECOVERY</w:t>
      </w:r>
    </w:p>
    <w:p>
      <w:r>
        <w:t>☐  Baby stays with me in recovery</w:t>
      </w:r>
    </w:p>
    <w:p>
      <w:r>
        <w:t>☐  Breastfeed / chestfeed in the first hour</w:t>
      </w:r>
    </w:p>
    <w:p>
      <w:r>
        <w:t>☐  Remove the catheter as soon as allowed</w:t>
      </w:r>
    </w:p>
    <w:p>
      <w:r>
        <w:t>☐  Help me get up and walk early</w:t>
      </w:r>
    </w:p>
    <w:p>
      <w:r>
        <w:t>☐  Regular pain relief on a schedule</w:t>
      </w:r>
    </w:p>
    <w:p>
      <w:r>
        <w:t>☐  Help lifting baby for the first days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NEWBORN CARE</w:t>
      </w:r>
    </w:p>
    <w:p>
      <w:r>
        <w:t>☐  Do newborn checks with baby on my chest or in the room</w:t>
      </w:r>
    </w:p>
    <w:p>
      <w:r>
        <w:t>☐  Please ask us before any procedure or supplement</w:t>
      </w:r>
    </w:p>
    <w:p>
      <w:r>
        <w:t>☐  Vitamin K injection</w:t>
      </w:r>
    </w:p>
    <w:p>
      <w:r>
        <w:t>☐  Antibiotic eye ointment</w:t>
      </w:r>
    </w:p>
    <w:p>
      <w:r>
        <w:t>☐  Hepatitis B vaccine before we go home</w:t>
      </w:r>
    </w:p>
    <w:p>
      <w:r>
        <w:t>☐  Delay the first bath (ideally 24 hours or more)</w:t>
      </w:r>
    </w:p>
    <w:p>
      <w:r>
        <w:t>☐  Circumcision (if a boy):   yes  /  no  /  undecided</w:t>
      </w:r>
    </w:p>
    <w:p>
      <w:r>
        <w:t>☐  Baby rooms in with us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VISITORS AND GOING HOME</w:t>
      </w:r>
    </w:p>
    <w:p>
      <w:r>
        <w:t>☐  Limit visitors until we say we are ready</w:t>
      </w:r>
    </w:p>
    <w:p>
      <w:r>
        <w:t>☐  Partner stays overnight</w:t>
      </w:r>
    </w:p>
    <w:p>
      <w:r>
        <w:t>☐  Quiet time for rest and feeding</w:t>
      </w:r>
    </w:p>
    <w:p>
      <w:r>
        <w:t>☐  Explain my pain relief plan before discharge</w:t>
      </w:r>
    </w:p>
    <w:p>
      <w:pPr>
        <w:spacing w:before="160"/>
      </w:pPr>
      <w:r>
        <w:rPr>
          <w:b/>
          <w:color w:val="E85555"/>
          <w:sz w:val="22"/>
        </w:rPr>
        <w:t>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C-Section Birth Plan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