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85555"/>
          <w:sz w:val="44"/>
        </w:rPr>
        <w:t>My Birth Plan</w:t>
      </w:r>
    </w:p>
    <w:p>
      <w:r>
        <w:rPr>
          <w:i/>
        </w:rPr>
        <w:t>Hospital or birth center birth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b/>
              </w:rPr>
              <w:t xml:space="preserve">Name: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Due date: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Birth partner(s):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Doctor / midwife: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Hospital / birth center: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Baby's doctor: </w:t>
            </w:r>
          </w:p>
        </w:tc>
      </w:tr>
      <w:tr>
        <w:tc>
          <w:tcPr>
            <w:tcW w:type="dxa" w:w="5256"/>
          </w:tcPr>
          <w:p>
            <w:r>
              <w:rPr>
                <w:b/>
              </w:rPr>
              <w:t xml:space="preserve">Allergies: </w:t>
            </w:r>
          </w:p>
        </w:tc>
        <w:tc>
          <w:tcPr>
            <w:tcW w:type="dxa" w:w="5256"/>
          </w:tcPr>
          <w:p>
            <w:r>
              <w:rPr>
                <w:b/>
              </w:rPr>
              <w:t xml:space="preserve">Medical notes (e.g. GBS status): </w:t>
            </w:r>
          </w:p>
        </w:tc>
      </w:tr>
    </w:tbl>
    <w:p>
      <w:pPr>
        <w:spacing w:before="160"/>
      </w:pPr>
      <w:r>
        <w:rPr>
          <w:i/>
        </w:rPr>
        <w:t>Thank you for caring for us. These are our preferences if everything goes smoothly. We understand plans may need to change for the health of me and my baby - when that happens, please explain what is going on and include us in decisions whenever there is time.</w:t>
      </w:r>
    </w:p>
    <w:p>
      <w:pPr>
        <w:spacing w:before="160"/>
      </w:pPr>
      <w:r>
        <w:rPr>
          <w:b/>
          <w:color w:val="E85555"/>
          <w:sz w:val="22"/>
        </w:rPr>
        <w:t>LABOR ENVIRONMENT</w:t>
      </w:r>
    </w:p>
    <w:p>
      <w:r>
        <w:t>☐  Dim lights and a calm, quiet room</w:t>
      </w:r>
    </w:p>
    <w:p>
      <w:r>
        <w:t>☐  My own music or playlist</w:t>
      </w:r>
    </w:p>
    <w:p>
      <w:r>
        <w:t>☐  Wear my own clothes</w:t>
      </w:r>
    </w:p>
    <w:p>
      <w:r>
        <w:t>☐  Move freely and change positions</w:t>
      </w:r>
    </w:p>
    <w:p>
      <w:r>
        <w:t>☐  Eat light snacks and drink if allowed</w:t>
      </w:r>
    </w:p>
    <w:p>
      <w:r>
        <w:t>☐  Birth ball, peanut ball, shower or tub</w:t>
      </w:r>
    </w:p>
    <w:p>
      <w:r>
        <w:t>☐  Only my support team in the room</w:t>
      </w:r>
    </w:p>
    <w:p>
      <w:r>
        <w:t>☐  Photos / video when permitted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PAIN RELIEF</w:t>
      </w:r>
    </w:p>
    <w:p>
      <w:r>
        <w:t>☐  I'd like to try without medication first</w:t>
      </w:r>
    </w:p>
    <w:p>
      <w:r>
        <w:t>☐  Please don't offer medication - I will ask</w:t>
      </w:r>
    </w:p>
    <w:p>
      <w:r>
        <w:t>☐  I plan to have an epidural</w:t>
      </w:r>
    </w:p>
    <w:p>
      <w:r>
        <w:t>☐  Open to nitrous oxide (gas and air)</w:t>
      </w:r>
    </w:p>
    <w:p>
      <w:r>
        <w:t>☐  Open to IV pain medication</w:t>
      </w:r>
    </w:p>
    <w:p>
      <w:r>
        <w:t>☐  Breathing, massage, water, TENS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MONITORING AND INTERVENTIONS</w:t>
      </w:r>
    </w:p>
    <w:p>
      <w:r>
        <w:t>☐  Intermittent monitoring if baby and I are well</w:t>
      </w:r>
    </w:p>
    <w:p>
      <w:r>
        <w:t>☐  Wireless monitor if continuous monitoring is needed</w:t>
      </w:r>
    </w:p>
    <w:p>
      <w:r>
        <w:t>☐  Saline lock instead of a continuous IV if possible</w:t>
      </w:r>
    </w:p>
    <w:p>
      <w:r>
        <w:t>☐  Keep vaginal exams to a minimum</w:t>
      </w:r>
    </w:p>
    <w:p>
      <w:r>
        <w:t>☐  Let my waters break on their own</w:t>
      </w:r>
    </w:p>
    <w:p>
      <w:r>
        <w:t>☐  Discuss induction or oxytocin (Pitocin) with me first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PUSHING AND BIRTH</w:t>
      </w:r>
    </w:p>
    <w:p>
      <w:r>
        <w:t>☐  Push when I feel the urge</w:t>
      </w:r>
    </w:p>
    <w:p>
      <w:r>
        <w:t>☐  Guided (coached) pushing</w:t>
      </w:r>
    </w:p>
    <w:p>
      <w:r>
        <w:t>☐  Choose my own position</w:t>
      </w:r>
    </w:p>
    <w:p>
      <w:r>
        <w:t>☐  Warm compresses and perineal support</w:t>
      </w:r>
    </w:p>
    <w:p>
      <w:r>
        <w:t>☐  Avoid an episiotomy unless necessary</w:t>
      </w:r>
    </w:p>
    <w:p>
      <w:r>
        <w:t>☐  A mirror to see baby crowning</w:t>
      </w:r>
    </w:p>
    <w:p>
      <w:r>
        <w:t>☐  Partner announces the baby's sex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RIGHT AFTER BIRTH</w:t>
      </w:r>
    </w:p>
    <w:p>
      <w:r>
        <w:t>☐  Baby placed skin-to-skin straight away</w:t>
      </w:r>
    </w:p>
    <w:p>
      <w:r>
        <w:t>☐  Delayed cord clamping (at least 30-60 seconds)</w:t>
      </w:r>
    </w:p>
    <w:p>
      <w:r>
        <w:t>☐  Partner cuts the cord</w:t>
      </w:r>
    </w:p>
    <w:p>
      <w:r>
        <w:t>☐  Cord blood banking / donation (arranged)</w:t>
      </w:r>
    </w:p>
    <w:p>
      <w:r>
        <w:t>☐  Uninterrupted first hour with baby</w:t>
      </w:r>
    </w:p>
    <w:p>
      <w:r>
        <w:t>☐  We would like to see / keep the placenta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NEWBORN CARE</w:t>
      </w:r>
    </w:p>
    <w:p>
      <w:r>
        <w:t>☐  Do newborn checks with baby on my chest or in the room</w:t>
      </w:r>
    </w:p>
    <w:p>
      <w:r>
        <w:t>☐  Please ask us before any procedure or supplement</w:t>
      </w:r>
    </w:p>
    <w:p>
      <w:r>
        <w:t>☐  Vitamin K injection</w:t>
      </w:r>
    </w:p>
    <w:p>
      <w:r>
        <w:t>☐  Antibiotic eye ointment</w:t>
      </w:r>
    </w:p>
    <w:p>
      <w:r>
        <w:t>☐  Hepatitis B vaccine before we go home</w:t>
      </w:r>
    </w:p>
    <w:p>
      <w:r>
        <w:t>☐  Delay the first bath (ideally 24 hours or more)</w:t>
      </w:r>
    </w:p>
    <w:p>
      <w:r>
        <w:t>☐  Circumcision (if a boy):   yes  /  no  /  undecided</w:t>
      </w:r>
    </w:p>
    <w:p>
      <w:r>
        <w:t>☐  Baby rooms in with us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FEEDING</w:t>
      </w:r>
    </w:p>
    <w:p>
      <w:r>
        <w:t>☐  Breastfeeding / chestfeeding</w:t>
      </w:r>
    </w:p>
    <w:p>
      <w:r>
        <w:t>☐  Formula feeding</w:t>
      </w:r>
    </w:p>
    <w:p>
      <w:r>
        <w:t>☐  Combination feeding</w:t>
      </w:r>
    </w:p>
    <w:p>
      <w:r>
        <w:t>☐  Early help from a lactation consultant</w:t>
      </w:r>
    </w:p>
    <w:p>
      <w:r>
        <w:t>☐  No pacifier or formula without asking us first</w:t>
      </w:r>
    </w:p>
    <w:p>
      <w:r>
        <w:t>☐  Donor milk if supplementation is needed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IF A CESAREAN IS NEEDED</w:t>
      </w:r>
    </w:p>
    <w:p>
      <w:r>
        <w:t>☐  My partner stays with me throughout</w:t>
      </w:r>
    </w:p>
    <w:p>
      <w:r>
        <w:t>☐  Talk me through what is happening</w:t>
      </w:r>
    </w:p>
    <w:p>
      <w:r>
        <w:t>☐  Clear or lowered drape to see baby born</w:t>
      </w:r>
    </w:p>
    <w:p>
      <w:r>
        <w:t>☐  Skin-to-skin in the operating room if baby is well</w:t>
      </w:r>
    </w:p>
    <w:p>
      <w:r>
        <w:t>☐  Partner does skin-to-skin if I can't</w:t>
      </w:r>
    </w:p>
    <w:p>
      <w:r>
        <w:t>☐  Delayed cord clamping if baby is well</w:t>
      </w:r>
    </w:p>
    <w:p>
      <w:r>
        <w:t>☐  Baby stays with me in recovery</w:t>
      </w:r>
    </w:p>
    <w:p>
      <w:r>
        <w:t>Other: ______________________________________</w:t>
      </w:r>
    </w:p>
    <w:p>
      <w:pPr>
        <w:spacing w:before="160"/>
      </w:pPr>
      <w:r>
        <w:rPr>
          <w:b/>
          <w:color w:val="E85555"/>
          <w:sz w:val="22"/>
        </w:rPr>
        <w:t>AFTER THE BIRTH</w:t>
      </w:r>
    </w:p>
    <w:p>
      <w:r>
        <w:t>☐  Limit visitors until we say we are ready</w:t>
      </w:r>
    </w:p>
    <w:p>
      <w:r>
        <w:t>☐  Partner stays overnight</w:t>
      </w:r>
    </w:p>
    <w:p>
      <w:r>
        <w:t>☐  Quiet time for rest and feeding</w:t>
      </w:r>
    </w:p>
    <w:p>
      <w:r>
        <w:t>☐  Explain my pain relief plan before discharge</w:t>
      </w:r>
    </w:p>
    <w:p>
      <w:r>
        <w:t>Cultural or religious practices: ______________________________</w:t>
      </w:r>
    </w:p>
    <w:p>
      <w:pPr>
        <w:spacing w:before="160"/>
      </w:pPr>
      <w:r>
        <w:rPr>
          <w:b/>
          <w:color w:val="E85555"/>
          <w:sz w:val="22"/>
        </w:rPr>
        <w:t>KEY CONTACTS</w:t>
      </w:r>
    </w:p>
    <w:p>
      <w:r>
        <w:t>Birth partner phone: ______________________________</w:t>
      </w:r>
    </w:p>
    <w:p>
      <w:r>
        <w:t>Doula phone: ______________________________</w:t>
      </w:r>
    </w:p>
    <w:p>
      <w:r>
        <w:t>Emergency contact: ______________________________</w:t>
      </w:r>
    </w:p>
    <w:p>
      <w:r>
        <w:t>Who is caring for our children / pets: ______________________________</w:t>
      </w:r>
    </w:p>
    <w:p>
      <w:pPr>
        <w:spacing w:before="160"/>
      </w:pPr>
      <w:r>
        <w:rPr>
          <w:b/>
          <w:color w:val="E85555"/>
          <w:sz w:val="22"/>
        </w:rPr>
        <w:t>QUESTIONS FOR MY PROVIDER</w:t>
      </w:r>
    </w:p>
    <w:p>
      <w:r>
        <w:t>1.: ______________________________</w:t>
      </w:r>
    </w:p>
    <w:p>
      <w:r>
        <w:t>2.: ______________________________</w:t>
      </w:r>
    </w:p>
    <w:p>
      <w:r>
        <w:t>3.: ______________________________</w:t>
      </w:r>
    </w:p>
    <w:p>
      <w:r>
        <w:t>4.: ______________________________</w:t>
      </w:r>
    </w:p>
    <w:p>
      <w:pPr>
        <w:spacing w:before="160"/>
      </w:pPr>
      <w:r>
        <w:rPr>
          <w:b/>
          <w:color w:val="E85555"/>
          <w:sz w:val="22"/>
        </w:rPr>
        <w:t>ANYTHING ELSE OUR TEAM SHOULD KNOW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spacing w:before="240"/>
        <w:jc w:val="center"/>
      </w:pPr>
      <w:r>
        <w:rPr>
          <w:i/>
          <w:sz w:val="16"/>
        </w:rPr>
        <w:t>Free template from birthplan.net - a list of preferences, not a contract. Review it with your care provider.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Birth Plan</dc:title>
  <dc:subject/>
  <dc:creator>BirthPlan.net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